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10944"/>
      </w:tblGrid>
      <w:tr w:rsidR="00F12E11" w:rsidRPr="003F7235" w14:paraId="4BD01B88" w14:textId="77777777">
        <w:tc>
          <w:tcPr>
            <w:tcW w:w="4464" w:type="dxa"/>
            <w:shd w:val="clear" w:color="auto" w:fill="2F414D"/>
            <w:tcMar>
              <w:top w:w="300" w:type="dxa"/>
              <w:left w:w="220" w:type="dxa"/>
              <w:bottom w:w="300" w:type="dxa"/>
              <w:right w:w="220" w:type="dxa"/>
            </w:tcMar>
          </w:tcPr>
          <w:p w14:paraId="77F20CD6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0C14FB62" wp14:editId="1BFC8C89">
                  <wp:extent cx="1234440" cy="4114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357EB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72"/>
                <w:szCs w:val="36"/>
              </w:rPr>
              <w:t>COUNCILLOR</w:t>
            </w:r>
          </w:p>
          <w:p w14:paraId="7BB094AE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72"/>
                <w:szCs w:val="36"/>
              </w:rPr>
              <w:t>DEVELOPMENT</w:t>
            </w:r>
          </w:p>
          <w:p w14:paraId="4044CDE6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72"/>
                <w:szCs w:val="36"/>
              </w:rPr>
              <w:t>FRAMEWORK</w:t>
            </w:r>
          </w:p>
          <w:p w14:paraId="2A9BBF9B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color w:val="FFFFFF"/>
                <w:sz w:val="36"/>
                <w:szCs w:val="36"/>
              </w:rPr>
              <w:t>A practical workbook for</w:t>
            </w:r>
            <w:r w:rsidRPr="003F7235">
              <w:rPr>
                <w:color w:val="FFFFFF"/>
                <w:sz w:val="36"/>
                <w:szCs w:val="36"/>
              </w:rPr>
              <w:br/>
              <w:t>new and existing councillors</w:t>
            </w:r>
          </w:p>
        </w:tc>
        <w:tc>
          <w:tcPr>
            <w:tcW w:w="10944" w:type="dxa"/>
          </w:tcPr>
          <w:p w14:paraId="341268FD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42A82482" wp14:editId="478D66AB">
                  <wp:extent cx="6035040" cy="190068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Main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40" cy="1900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5276EB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b/>
                <w:sz w:val="48"/>
                <w:szCs w:val="36"/>
              </w:rPr>
              <w:t>Build confidence. Develop knowledge. Record progress.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736"/>
              <w:gridCol w:w="2736"/>
              <w:gridCol w:w="2736"/>
              <w:gridCol w:w="2736"/>
            </w:tblGrid>
            <w:tr w:rsidR="00F12E11" w:rsidRPr="003F7235" w14:paraId="12DBADC4" w14:textId="77777777">
              <w:tc>
                <w:tcPr>
                  <w:tcW w:w="2736" w:type="dxa"/>
                </w:tcPr>
                <w:p w14:paraId="13A8FA61" w14:textId="77777777" w:rsidR="00F12E11" w:rsidRPr="003F7235" w:rsidRDefault="0055078C">
                  <w:pPr>
                    <w:jc w:val="center"/>
                    <w:rPr>
                      <w:sz w:val="28"/>
                      <w:szCs w:val="36"/>
                    </w:rPr>
                  </w:pPr>
                  <w:r w:rsidRPr="003F7235">
                    <w:rPr>
                      <w:noProof/>
                      <w:sz w:val="28"/>
                      <w:szCs w:val="36"/>
                    </w:rPr>
                    <w:drawing>
                      <wp:inline distT="0" distB="0" distL="0" distR="0" wp14:anchorId="16A886FD" wp14:editId="5A4F5BB8">
                        <wp:extent cx="1371600" cy="529084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CouncillorDevelopmentFramework_Foundation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529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36" w:type="dxa"/>
                </w:tcPr>
                <w:p w14:paraId="549A0905" w14:textId="77777777" w:rsidR="00F12E11" w:rsidRPr="003F7235" w:rsidRDefault="0055078C">
                  <w:pPr>
                    <w:jc w:val="center"/>
                    <w:rPr>
                      <w:sz w:val="28"/>
                      <w:szCs w:val="36"/>
                    </w:rPr>
                  </w:pPr>
                  <w:r w:rsidRPr="003F7235">
                    <w:rPr>
                      <w:noProof/>
                      <w:sz w:val="28"/>
                      <w:szCs w:val="36"/>
                    </w:rPr>
                    <w:drawing>
                      <wp:inline distT="0" distB="0" distL="0" distR="0" wp14:anchorId="317E8A72" wp14:editId="5E9200C4">
                        <wp:extent cx="1371600" cy="529084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CouncillorDevelopmentFramework_Core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529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36" w:type="dxa"/>
                </w:tcPr>
                <w:p w14:paraId="3458DDFB" w14:textId="77777777" w:rsidR="00F12E11" w:rsidRPr="003F7235" w:rsidRDefault="0055078C">
                  <w:pPr>
                    <w:jc w:val="center"/>
                    <w:rPr>
                      <w:sz w:val="28"/>
                      <w:szCs w:val="36"/>
                    </w:rPr>
                  </w:pPr>
                  <w:r w:rsidRPr="003F7235">
                    <w:rPr>
                      <w:noProof/>
                      <w:sz w:val="28"/>
                      <w:szCs w:val="36"/>
                    </w:rPr>
                    <w:drawing>
                      <wp:inline distT="0" distB="0" distL="0" distR="0" wp14:anchorId="223458BD" wp14:editId="4D3D15F6">
                        <wp:extent cx="1371600" cy="529084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CouncillorDevelopmentFramework_Advanced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529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36" w:type="dxa"/>
                </w:tcPr>
                <w:p w14:paraId="5048C5DE" w14:textId="77777777" w:rsidR="00F12E11" w:rsidRPr="003F7235" w:rsidRDefault="0055078C">
                  <w:pPr>
                    <w:jc w:val="center"/>
                    <w:rPr>
                      <w:sz w:val="28"/>
                      <w:szCs w:val="36"/>
                    </w:rPr>
                  </w:pPr>
                  <w:r w:rsidRPr="003F7235">
                    <w:rPr>
                      <w:noProof/>
                      <w:sz w:val="28"/>
                      <w:szCs w:val="36"/>
                    </w:rPr>
                    <w:drawing>
                      <wp:inline distT="0" distB="0" distL="0" distR="0" wp14:anchorId="3B806D43" wp14:editId="48EC7696">
                        <wp:extent cx="1371600" cy="529084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CouncillorDevelopmentFramework_Leader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529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A6030F" w14:textId="77777777" w:rsidR="00F12E11" w:rsidRPr="003F7235" w:rsidRDefault="00F12E11">
            <w:pPr>
              <w:rPr>
                <w:sz w:val="28"/>
                <w:szCs w:val="36"/>
              </w:rPr>
            </w:pPr>
          </w:p>
        </w:tc>
      </w:tr>
    </w:tbl>
    <w:p w14:paraId="09BD1C62" w14:textId="77777777" w:rsidR="00F12E11" w:rsidRPr="003F7235" w:rsidRDefault="0055078C">
      <w:pPr>
        <w:rPr>
          <w:sz w:val="28"/>
          <w:szCs w:val="36"/>
        </w:rPr>
      </w:pPr>
      <w:r w:rsidRPr="003F7235">
        <w:rPr>
          <w:sz w:val="28"/>
          <w:szCs w:val="36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9792"/>
        <w:gridCol w:w="3744"/>
      </w:tblGrid>
      <w:tr w:rsidR="00F12E11" w:rsidRPr="003F7235" w14:paraId="36349C6E" w14:textId="77777777">
        <w:trPr>
          <w:jc w:val="center"/>
        </w:trPr>
        <w:tc>
          <w:tcPr>
            <w:tcW w:w="1872" w:type="dxa"/>
            <w:shd w:val="clear" w:color="auto" w:fill="2F414D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36F68543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lastRenderedPageBreak/>
              <w:drawing>
                <wp:inline distT="0" distB="0" distL="0" distR="0" wp14:anchorId="328E2AC4" wp14:editId="130B659E">
                  <wp:extent cx="868680" cy="2895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  <w:shd w:val="clear" w:color="auto" w:fill="2F414D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2A6334E1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44"/>
                <w:szCs w:val="36"/>
              </w:rPr>
              <w:t>About my council</w:t>
            </w:r>
          </w:p>
        </w:tc>
        <w:tc>
          <w:tcPr>
            <w:tcW w:w="3744" w:type="dxa"/>
            <w:shd w:val="clear" w:color="auto" w:fill="2F414D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3AF077E7" w14:textId="77777777" w:rsidR="00F12E11" w:rsidRPr="003F7235" w:rsidRDefault="00F12E11">
            <w:pPr>
              <w:rPr>
                <w:sz w:val="28"/>
                <w:szCs w:val="36"/>
              </w:rPr>
            </w:pPr>
          </w:p>
        </w:tc>
      </w:tr>
    </w:tbl>
    <w:p w14:paraId="1B61F4B1" w14:textId="77777777" w:rsidR="00F12E11" w:rsidRPr="003F7235" w:rsidRDefault="00F12E11">
      <w:pPr>
        <w:spacing w:after="0"/>
        <w:rPr>
          <w:sz w:val="28"/>
          <w:szCs w:val="36"/>
        </w:rPr>
      </w:pPr>
    </w:p>
    <w:p w14:paraId="17F4DDC7" w14:textId="77777777" w:rsidR="00F12E11" w:rsidRPr="003F7235" w:rsidRDefault="0055078C">
      <w:pPr>
        <w:rPr>
          <w:sz w:val="28"/>
          <w:szCs w:val="36"/>
        </w:rPr>
      </w:pPr>
      <w:r w:rsidRPr="003F7235">
        <w:rPr>
          <w:color w:val="657786"/>
          <w:sz w:val="28"/>
          <w:szCs w:val="36"/>
        </w:rPr>
        <w:t>Complete the fields below. Use the drop-down arrows where a selection is available.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  <w:gridCol w:w="4968"/>
      </w:tblGrid>
      <w:tr w:rsidR="00F12E11" w:rsidRPr="003F7235" w14:paraId="23FC8779" w14:textId="77777777"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27ECECF7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Electors</w:t>
            </w:r>
          </w:p>
          <w:p w14:paraId="474B991F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3A3E087D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Current budget</w:t>
            </w:r>
          </w:p>
          <w:p w14:paraId="78D86F2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222D6A3D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Current precept</w:t>
            </w:r>
          </w:p>
          <w:p w14:paraId="435160D4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74A328CD" w14:textId="77777777"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29E5FA5C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Band D rate</w:t>
            </w:r>
          </w:p>
          <w:p w14:paraId="76C2673F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1AFFD533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Council seats</w:t>
            </w:r>
          </w:p>
          <w:p w14:paraId="63A2BC00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751327DC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Meeting frequency</w:t>
            </w:r>
          </w:p>
          <w:sdt>
            <w:sdtPr>
              <w:rPr>
                <w:sz w:val="28"/>
                <w:szCs w:val="36"/>
              </w:rPr>
              <w:alias w:val="Meeting frequency"/>
              <w:tag w:val="CDF_Meeting_frequency"/>
              <w:id w:val="2000"/>
              <w:dropDownList>
                <w:listItem w:displayText="Select an option" w:value="Select an option"/>
                <w:listItem w:displayText="Monthly" w:value="Monthly"/>
                <w:listItem w:displayText="Bi-monthly" w:value="Bi-monthly"/>
                <w:listItem w:displayText="Quarterly" w:value="Quarterly"/>
                <w:listItem w:displayText="Other" w:value="Other"/>
              </w:dropDownList>
            </w:sdtPr>
            <w:sdtEndPr/>
            <w:sdtContent>
              <w:p w14:paraId="7AED1748" w14:textId="77777777" w:rsidR="00F12E11" w:rsidRPr="003F7235" w:rsidRDefault="0055078C">
                <w:pPr>
                  <w:spacing w:before="40" w:after="40"/>
                  <w:rPr>
                    <w:sz w:val="28"/>
                    <w:szCs w:val="36"/>
                  </w:rPr>
                </w:pPr>
                <w:r w:rsidRPr="003F7235">
                  <w:rPr>
                    <w:color w:val="657786"/>
                    <w:sz w:val="28"/>
                    <w:szCs w:val="36"/>
                  </w:rPr>
                  <w:t>Select an option</w:t>
                </w:r>
              </w:p>
            </w:sdtContent>
          </w:sdt>
        </w:tc>
      </w:tr>
      <w:tr w:rsidR="00F12E11" w:rsidRPr="003F7235" w14:paraId="6E25B78C" w14:textId="77777777"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3261463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Unitary council</w:t>
            </w:r>
          </w:p>
          <w:sdt>
            <w:sdtPr>
              <w:rPr>
                <w:sz w:val="28"/>
                <w:szCs w:val="36"/>
              </w:rPr>
              <w:alias w:val="Unitary council"/>
              <w:tag w:val="CDF_Unitary_council"/>
              <w:id w:val="2001"/>
              <w:dropDownList>
                <w:listItem w:displayText="Select an option" w:value="Select an option"/>
                <w:listItem w:displayText="North Northamptonshire Council" w:value="North Northamptonshire Council"/>
                <w:listItem w:displayText="West Northamptonshire Council" w:value="West Northamptonshire Council"/>
              </w:dropDownList>
            </w:sdtPr>
            <w:sdtEndPr/>
            <w:sdtContent>
              <w:p w14:paraId="58CFB506" w14:textId="77777777" w:rsidR="00F12E11" w:rsidRPr="003F7235" w:rsidRDefault="0055078C">
                <w:pPr>
                  <w:spacing w:before="40" w:after="40"/>
                  <w:rPr>
                    <w:sz w:val="28"/>
                    <w:szCs w:val="36"/>
                  </w:rPr>
                </w:pPr>
                <w:r w:rsidRPr="003F7235">
                  <w:rPr>
                    <w:color w:val="657786"/>
                    <w:sz w:val="28"/>
                    <w:szCs w:val="36"/>
                  </w:rPr>
                  <w:t>Select an option</w:t>
                </w:r>
              </w:p>
            </w:sdtContent>
          </w:sdt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3360897D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Transparency code</w:t>
            </w:r>
          </w:p>
          <w:sdt>
            <w:sdtPr>
              <w:rPr>
                <w:sz w:val="28"/>
                <w:szCs w:val="36"/>
              </w:rPr>
              <w:alias w:val="Transparency code"/>
              <w:tag w:val="CDF_Transparency_code"/>
              <w:id w:val="2002"/>
              <w:dropDownList>
                <w:listItem w:displayText="Select an option" w:value="Select an option"/>
                <w:listItem w:displayText="Transparency Code for Smaller Authorities" w:value="Transparency Code for Smaller Authorities"/>
                <w:listItem w:displayText="Local Government Transparency Code 2015" w:value="Local Government Transparency Code 2015"/>
                <w:listItem w:displayText="Not sure" w:value="Not sure"/>
              </w:dropDownList>
            </w:sdtPr>
            <w:sdtEndPr/>
            <w:sdtContent>
              <w:p w14:paraId="19873FE1" w14:textId="77777777" w:rsidR="00F12E11" w:rsidRPr="003F7235" w:rsidRDefault="0055078C">
                <w:pPr>
                  <w:spacing w:before="40" w:after="40"/>
                  <w:rPr>
                    <w:sz w:val="28"/>
                    <w:szCs w:val="36"/>
                  </w:rPr>
                </w:pPr>
                <w:r w:rsidRPr="003F7235">
                  <w:rPr>
                    <w:color w:val="657786"/>
                    <w:sz w:val="28"/>
                    <w:szCs w:val="36"/>
                  </w:rPr>
                  <w:t>Select an option</w:t>
                </w:r>
              </w:p>
            </w:sdtContent>
          </w:sdt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74AA4871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Police area</w:t>
            </w:r>
          </w:p>
          <w:sdt>
            <w:sdtPr>
              <w:rPr>
                <w:sz w:val="28"/>
                <w:szCs w:val="36"/>
              </w:rPr>
              <w:alias w:val="Police area"/>
              <w:tag w:val="CDF_Police_area"/>
              <w:id w:val="2003"/>
              <w:dropDownList>
                <w:listItem w:displayText="Select an option" w:value="Select an option"/>
                <w:listItem w:displayText="North Northamptonshire" w:value="North Northamptonshire"/>
                <w:listItem w:displayText="West Northamptonshire" w:value="West Northamptonshire"/>
                <w:listItem w:displayText="Not sure" w:value="Not sure"/>
              </w:dropDownList>
            </w:sdtPr>
            <w:sdtEndPr/>
            <w:sdtContent>
              <w:p w14:paraId="43AA0F9C" w14:textId="77777777" w:rsidR="00F12E11" w:rsidRPr="003F7235" w:rsidRDefault="0055078C">
                <w:pPr>
                  <w:spacing w:before="40" w:after="40"/>
                  <w:rPr>
                    <w:sz w:val="28"/>
                    <w:szCs w:val="36"/>
                  </w:rPr>
                </w:pPr>
                <w:r w:rsidRPr="003F7235">
                  <w:rPr>
                    <w:color w:val="657786"/>
                    <w:sz w:val="28"/>
                    <w:szCs w:val="36"/>
                  </w:rPr>
                  <w:t>Select an option</w:t>
                </w:r>
              </w:p>
            </w:sdtContent>
          </w:sdt>
        </w:tc>
      </w:tr>
      <w:tr w:rsidR="00F12E11" w:rsidRPr="003F7235" w14:paraId="0A4759DA" w14:textId="77777777"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37FF7AEF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Unitary ward(s)</w:t>
            </w:r>
          </w:p>
          <w:p w14:paraId="5F1BED14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4D62F254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Local MP(s)</w:t>
            </w:r>
          </w:p>
          <w:p w14:paraId="67F76717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  <w:tc>
          <w:tcPr>
            <w:tcW w:w="4968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FFFFF"/>
            <w:tcMar>
              <w:top w:w="90" w:type="dxa"/>
              <w:left w:w="100" w:type="dxa"/>
              <w:bottom w:w="180" w:type="dxa"/>
              <w:right w:w="100" w:type="dxa"/>
            </w:tcMar>
          </w:tcPr>
          <w:p w14:paraId="193AD0BF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sz w:val="24"/>
                <w:szCs w:val="36"/>
              </w:rPr>
              <w:t>Chair/Mayor and deputy</w:t>
            </w:r>
          </w:p>
          <w:p w14:paraId="0066FEBD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</w:tbl>
    <w:p w14:paraId="6E4EB4B8" w14:textId="77777777" w:rsidR="00F12E11" w:rsidRPr="003F7235" w:rsidRDefault="0055078C">
      <w:pPr>
        <w:rPr>
          <w:sz w:val="28"/>
          <w:szCs w:val="36"/>
        </w:rPr>
      </w:pPr>
      <w:r w:rsidRPr="003F7235">
        <w:rPr>
          <w:b/>
          <w:sz w:val="28"/>
          <w:szCs w:val="36"/>
        </w:rPr>
        <w:t>Council assets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08"/>
        <w:gridCol w:w="3108"/>
        <w:gridCol w:w="3108"/>
        <w:gridCol w:w="3108"/>
        <w:gridCol w:w="3108"/>
      </w:tblGrid>
      <w:tr w:rsidR="00F12E11" w:rsidRPr="003F7235" w14:paraId="156A79CD" w14:textId="77777777">
        <w:tc>
          <w:tcPr>
            <w:tcW w:w="3108" w:type="dxa"/>
          </w:tcPr>
          <w:p w14:paraId="5C77EBB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☐</w:t>
            </w:r>
            <w:r w:rsidRPr="003F7235">
              <w:rPr>
                <w:sz w:val="24"/>
                <w:szCs w:val="36"/>
              </w:rPr>
              <w:t xml:space="preserve"> Burial ground</w:t>
            </w:r>
          </w:p>
        </w:tc>
        <w:tc>
          <w:tcPr>
            <w:tcW w:w="3108" w:type="dxa"/>
          </w:tcPr>
          <w:p w14:paraId="7F9AF0B2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☐</w:t>
            </w:r>
            <w:r w:rsidRPr="003F7235">
              <w:rPr>
                <w:sz w:val="24"/>
                <w:szCs w:val="36"/>
              </w:rPr>
              <w:t xml:space="preserve"> Village hall</w:t>
            </w:r>
          </w:p>
        </w:tc>
        <w:tc>
          <w:tcPr>
            <w:tcW w:w="3108" w:type="dxa"/>
          </w:tcPr>
          <w:p w14:paraId="7610CA5B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☐</w:t>
            </w:r>
            <w:r w:rsidRPr="003F7235">
              <w:rPr>
                <w:sz w:val="24"/>
                <w:szCs w:val="36"/>
              </w:rPr>
              <w:t xml:space="preserve"> Allotments</w:t>
            </w:r>
          </w:p>
        </w:tc>
        <w:tc>
          <w:tcPr>
            <w:tcW w:w="3108" w:type="dxa"/>
          </w:tcPr>
          <w:p w14:paraId="7D300243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☐</w:t>
            </w:r>
            <w:r w:rsidRPr="003F7235">
              <w:rPr>
                <w:sz w:val="24"/>
                <w:szCs w:val="36"/>
              </w:rPr>
              <w:t xml:space="preserve"> Playground</w:t>
            </w:r>
          </w:p>
        </w:tc>
        <w:tc>
          <w:tcPr>
            <w:tcW w:w="3108" w:type="dxa"/>
          </w:tcPr>
          <w:p w14:paraId="35D3B243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☐</w:t>
            </w:r>
            <w:r w:rsidRPr="003F7235">
              <w:rPr>
                <w:sz w:val="24"/>
                <w:szCs w:val="36"/>
              </w:rPr>
              <w:t xml:space="preserve"> Streetlights</w:t>
            </w:r>
          </w:p>
        </w:tc>
      </w:tr>
    </w:tbl>
    <w:p w14:paraId="30CF6F90" w14:textId="77777777" w:rsidR="00F12E11" w:rsidRPr="003F7235" w:rsidRDefault="0055078C">
      <w:pPr>
        <w:rPr>
          <w:sz w:val="28"/>
          <w:szCs w:val="36"/>
        </w:rPr>
      </w:pPr>
      <w:r w:rsidRPr="003F7235">
        <w:rPr>
          <w:sz w:val="28"/>
          <w:szCs w:val="36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9792"/>
        <w:gridCol w:w="3744"/>
      </w:tblGrid>
      <w:tr w:rsidR="00F12E11" w:rsidRPr="003F7235" w14:paraId="5608470A" w14:textId="77777777">
        <w:trPr>
          <w:jc w:val="center"/>
        </w:trPr>
        <w:tc>
          <w:tcPr>
            <w:tcW w:w="1872" w:type="dxa"/>
            <w:shd w:val="clear" w:color="auto" w:fill="CB3289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20F7A2BC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lastRenderedPageBreak/>
              <w:drawing>
                <wp:inline distT="0" distB="0" distL="0" distR="0" wp14:anchorId="37460BA8" wp14:editId="1539FAC9">
                  <wp:extent cx="868680" cy="28956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  <w:shd w:val="clear" w:color="auto" w:fill="CB3289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572ABB58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44"/>
                <w:szCs w:val="36"/>
              </w:rPr>
              <w:t>Foundation pathway and tracker</w:t>
            </w:r>
          </w:p>
        </w:tc>
        <w:tc>
          <w:tcPr>
            <w:tcW w:w="3744" w:type="dxa"/>
            <w:shd w:val="clear" w:color="auto" w:fill="CB3289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1D620FE3" w14:textId="77777777" w:rsidR="00F12E11" w:rsidRPr="003F7235" w:rsidRDefault="0055078C">
            <w:pPr>
              <w:jc w:val="right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6C56A0D2" wp14:editId="52649425">
                  <wp:extent cx="1600200" cy="61726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Foundatio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61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9A20BA" w14:textId="77777777" w:rsidR="00F12E11" w:rsidRPr="003F7235" w:rsidRDefault="00F12E11">
      <w:pPr>
        <w:spacing w:after="0"/>
        <w:rPr>
          <w:sz w:val="28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10512"/>
      </w:tblGrid>
      <w:tr w:rsidR="00F12E11" w:rsidRPr="003F7235" w14:paraId="220CF844" w14:textId="77777777">
        <w:tc>
          <w:tcPr>
            <w:tcW w:w="4320" w:type="dxa"/>
          </w:tcPr>
          <w:p w14:paraId="31E64E19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77943305" wp14:editId="0B763005">
                  <wp:extent cx="2103120" cy="81126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Foundatio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81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4ED658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CB3289"/>
                <w:sz w:val="32"/>
                <w:szCs w:val="36"/>
              </w:rPr>
              <w:t>Required learning</w:t>
            </w:r>
          </w:p>
          <w:p w14:paraId="4A81CFD3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Off to a Flying Start</w:t>
            </w:r>
          </w:p>
          <w:p w14:paraId="710EB42E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Finance for Councillors</w:t>
            </w:r>
          </w:p>
          <w:p w14:paraId="5C234371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The Code of Conduct in Practice</w:t>
            </w:r>
          </w:p>
          <w:p w14:paraId="4FDF3445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The Good Councillors Guide (2024)</w:t>
            </w:r>
          </w:p>
          <w:p w14:paraId="40E51C53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The Good Councillors Guide to Finance and Transparency</w:t>
            </w:r>
          </w:p>
          <w:p w14:paraId="307C6D27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The Good Councillors Guide to Being a Good Employer</w:t>
            </w:r>
          </w:p>
          <w:p w14:paraId="30743235" w14:textId="77777777" w:rsidR="00F12E11" w:rsidRPr="003F7235" w:rsidRDefault="0055078C">
            <w:pPr>
              <w:rPr>
                <w:sz w:val="28"/>
                <w:szCs w:val="36"/>
              </w:rPr>
            </w:pPr>
            <w:hyperlink r:id="rId14">
              <w:r w:rsidRPr="003F7235">
                <w:rPr>
                  <w:color w:val="CB3289"/>
                  <w:sz w:val="28"/>
                  <w:szCs w:val="36"/>
                  <w:u w:val="single"/>
                </w:rPr>
                <w:t>CLAIM FOUNDATION CERTIFICATE</w:t>
              </w:r>
            </w:hyperlink>
          </w:p>
        </w:tc>
        <w:tc>
          <w:tcPr>
            <w:tcW w:w="10512" w:type="dxa"/>
          </w:tcPr>
          <w:p w14:paraId="74B6E834" w14:textId="77777777" w:rsidR="00F12E11" w:rsidRPr="003F7235" w:rsidRDefault="00F12E11">
            <w:pPr>
              <w:rPr>
                <w:sz w:val="28"/>
                <w:szCs w:val="3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408"/>
              <w:gridCol w:w="3456"/>
            </w:tblGrid>
            <w:tr w:rsidR="00F12E11" w:rsidRPr="003F7235" w14:paraId="78C2A1EE" w14:textId="77777777">
              <w:trPr>
                <w:tblHeader/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CB3289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7F701A3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FFFFF"/>
                      <w:sz w:val="24"/>
                      <w:szCs w:val="36"/>
                    </w:rPr>
                    <w:t>Activity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CB3289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A068FAC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FFFFF"/>
                      <w:sz w:val="24"/>
                      <w:szCs w:val="36"/>
                    </w:rPr>
                    <w:t>Date completed and notes</w:t>
                  </w:r>
                </w:p>
              </w:tc>
            </w:tr>
            <w:tr w:rsidR="00F12E11" w:rsidRPr="003F7235" w14:paraId="099FEBA3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5DCB2F9B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CB3289"/>
                      <w:sz w:val="24"/>
                      <w:szCs w:val="36"/>
                    </w:rPr>
                    <w:t>• Off to a Flying Start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56EE28CC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041510D8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571F714E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CB3289"/>
                      <w:sz w:val="24"/>
                      <w:szCs w:val="36"/>
                    </w:rPr>
                    <w:t>• Finance for Councillors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6C4A93CD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042D63BA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3733DB34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CB3289"/>
                      <w:sz w:val="24"/>
                      <w:szCs w:val="36"/>
                    </w:rPr>
                    <w:t>• The Code of Conduct in Practice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5B6D1E39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22DA5477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5C578314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CB3289"/>
                      <w:sz w:val="24"/>
                      <w:szCs w:val="36"/>
                    </w:rPr>
                    <w:t>• The Good Councillors Guide (2024)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244C6C0F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36C943D1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2CE72AFB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CB3289"/>
                      <w:sz w:val="24"/>
                      <w:szCs w:val="36"/>
                    </w:rPr>
                    <w:t>• The Good Councillors Guide to Finance and Transparency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3B68992E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75FF3AC5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623B750D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CB3289"/>
                      <w:sz w:val="24"/>
                      <w:szCs w:val="36"/>
                    </w:rPr>
                    <w:t>• The Good Councillors Guide to Being a Good Employer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1E06628B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</w:tbl>
          <w:p w14:paraId="5B7E9452" w14:textId="77777777" w:rsidR="00F12E11" w:rsidRPr="003F7235" w:rsidRDefault="00F12E11">
            <w:pPr>
              <w:rPr>
                <w:sz w:val="28"/>
                <w:szCs w:val="36"/>
              </w:rPr>
            </w:pPr>
          </w:p>
        </w:tc>
      </w:tr>
    </w:tbl>
    <w:p w14:paraId="669D0073" w14:textId="77777777" w:rsidR="00F12E11" w:rsidRPr="003F7235" w:rsidRDefault="0055078C">
      <w:pPr>
        <w:rPr>
          <w:sz w:val="28"/>
          <w:szCs w:val="36"/>
        </w:rPr>
      </w:pPr>
      <w:r w:rsidRPr="003F7235">
        <w:rPr>
          <w:sz w:val="28"/>
          <w:szCs w:val="36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9792"/>
        <w:gridCol w:w="3744"/>
      </w:tblGrid>
      <w:tr w:rsidR="00F12E11" w:rsidRPr="003F7235" w14:paraId="7684A648" w14:textId="77777777">
        <w:trPr>
          <w:jc w:val="center"/>
        </w:trPr>
        <w:tc>
          <w:tcPr>
            <w:tcW w:w="1872" w:type="dxa"/>
            <w:shd w:val="clear" w:color="auto" w:fill="32A5D6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30271B03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lastRenderedPageBreak/>
              <w:drawing>
                <wp:inline distT="0" distB="0" distL="0" distR="0" wp14:anchorId="501CE431" wp14:editId="7F6B045D">
                  <wp:extent cx="868680" cy="28956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  <w:shd w:val="clear" w:color="auto" w:fill="32A5D6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674416C2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44"/>
                <w:szCs w:val="36"/>
              </w:rPr>
              <w:t>Core pathway and tracker</w:t>
            </w:r>
          </w:p>
        </w:tc>
        <w:tc>
          <w:tcPr>
            <w:tcW w:w="3744" w:type="dxa"/>
            <w:shd w:val="clear" w:color="auto" w:fill="32A5D6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3A29F40F" w14:textId="77777777" w:rsidR="00F12E11" w:rsidRPr="003F7235" w:rsidRDefault="0055078C">
            <w:pPr>
              <w:jc w:val="right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47935873" wp14:editId="7AB50692">
                  <wp:extent cx="1600200" cy="61726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Co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61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C1942" w14:textId="77777777" w:rsidR="00F12E11" w:rsidRPr="003F7235" w:rsidRDefault="00F12E11">
      <w:pPr>
        <w:spacing w:after="0"/>
        <w:rPr>
          <w:sz w:val="28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10512"/>
      </w:tblGrid>
      <w:tr w:rsidR="00F12E11" w:rsidRPr="003F7235" w14:paraId="2D6467AF" w14:textId="77777777">
        <w:tc>
          <w:tcPr>
            <w:tcW w:w="4320" w:type="dxa"/>
          </w:tcPr>
          <w:p w14:paraId="5191D19E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0DCA043B" wp14:editId="1A110235">
                  <wp:extent cx="2103120" cy="811262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Co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81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236FAA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32A5D6"/>
                <w:sz w:val="32"/>
                <w:szCs w:val="36"/>
              </w:rPr>
              <w:t>Required learning</w:t>
            </w:r>
          </w:p>
          <w:p w14:paraId="047FC1BA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Being a Good Employer</w:t>
            </w:r>
          </w:p>
          <w:p w14:paraId="34379E70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Planning Nuts and Bolts</w:t>
            </w:r>
          </w:p>
          <w:p w14:paraId="54C60C6C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The Good Councillors Guide to Cyber Security</w:t>
            </w:r>
          </w:p>
          <w:p w14:paraId="4CD76DFD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Equality and Diversity e-learning</w:t>
            </w:r>
          </w:p>
          <w:p w14:paraId="7FA36C2E" w14:textId="77777777" w:rsidR="00F12E11" w:rsidRPr="003F7235" w:rsidRDefault="0055078C">
            <w:pPr>
              <w:rPr>
                <w:sz w:val="28"/>
                <w:szCs w:val="36"/>
              </w:rPr>
            </w:pPr>
            <w:hyperlink r:id="rId15">
              <w:r w:rsidRPr="003F7235">
                <w:rPr>
                  <w:color w:val="32A5D6"/>
                  <w:sz w:val="28"/>
                  <w:szCs w:val="36"/>
                  <w:u w:val="single"/>
                </w:rPr>
                <w:t>CLAIM CORE CERTIFICATE</w:t>
              </w:r>
            </w:hyperlink>
          </w:p>
        </w:tc>
        <w:tc>
          <w:tcPr>
            <w:tcW w:w="10512" w:type="dxa"/>
          </w:tcPr>
          <w:p w14:paraId="3B7A28C8" w14:textId="77777777" w:rsidR="00F12E11" w:rsidRPr="003F7235" w:rsidRDefault="00F12E11">
            <w:pPr>
              <w:rPr>
                <w:sz w:val="28"/>
                <w:szCs w:val="3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408"/>
              <w:gridCol w:w="3456"/>
            </w:tblGrid>
            <w:tr w:rsidR="00F12E11" w:rsidRPr="003F7235" w14:paraId="5C719576" w14:textId="77777777">
              <w:trPr>
                <w:tblHeader/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32A5D6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587B5519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FFFFF"/>
                      <w:sz w:val="24"/>
                      <w:szCs w:val="36"/>
                    </w:rPr>
                    <w:t>Activity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32A5D6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0E7C9520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FFFFF"/>
                      <w:sz w:val="24"/>
                      <w:szCs w:val="36"/>
                    </w:rPr>
                    <w:t>Date completed and notes</w:t>
                  </w:r>
                </w:p>
              </w:tc>
            </w:tr>
            <w:tr w:rsidR="00F12E11" w:rsidRPr="003F7235" w14:paraId="42932F51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0C7FA97C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32A5D6"/>
                      <w:sz w:val="24"/>
                      <w:szCs w:val="36"/>
                    </w:rPr>
                    <w:t>• Being a Good Employer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1895B6D1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250034DB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238B0387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32A5D6"/>
                      <w:sz w:val="24"/>
                      <w:szCs w:val="36"/>
                    </w:rPr>
                    <w:t>• Planning Nuts and Bolts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2713285D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235B85DD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13F86A76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32A5D6"/>
                      <w:sz w:val="24"/>
                      <w:szCs w:val="36"/>
                    </w:rPr>
                    <w:t>• The Good Councillors Guide to Cyber Security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3C18ED7C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542CC58F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092B44A2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32A5D6"/>
                      <w:sz w:val="24"/>
                      <w:szCs w:val="36"/>
                    </w:rPr>
                    <w:t>• Equality and Diversity e-learning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5BF4AA0E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</w:tbl>
          <w:p w14:paraId="54A3DD0F" w14:textId="77777777" w:rsidR="00F12E11" w:rsidRPr="003F7235" w:rsidRDefault="00F12E11">
            <w:pPr>
              <w:rPr>
                <w:sz w:val="28"/>
                <w:szCs w:val="36"/>
              </w:rPr>
            </w:pPr>
          </w:p>
        </w:tc>
      </w:tr>
    </w:tbl>
    <w:p w14:paraId="7FEA793D" w14:textId="77777777" w:rsidR="00F12E11" w:rsidRPr="003F7235" w:rsidRDefault="0055078C">
      <w:pPr>
        <w:rPr>
          <w:sz w:val="28"/>
          <w:szCs w:val="36"/>
        </w:rPr>
      </w:pPr>
      <w:r w:rsidRPr="003F7235">
        <w:rPr>
          <w:sz w:val="28"/>
          <w:szCs w:val="36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9792"/>
        <w:gridCol w:w="3744"/>
      </w:tblGrid>
      <w:tr w:rsidR="00F12E11" w:rsidRPr="003F7235" w14:paraId="7ECE86AA" w14:textId="77777777">
        <w:trPr>
          <w:jc w:val="center"/>
        </w:trPr>
        <w:tc>
          <w:tcPr>
            <w:tcW w:w="1872" w:type="dxa"/>
            <w:shd w:val="clear" w:color="auto" w:fill="FDBD1B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613A231A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lastRenderedPageBreak/>
              <w:drawing>
                <wp:inline distT="0" distB="0" distL="0" distR="0" wp14:anchorId="198E7CA1" wp14:editId="0A4FEA02">
                  <wp:extent cx="868680" cy="28956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  <w:shd w:val="clear" w:color="auto" w:fill="FDBD1B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0E6185B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44"/>
                <w:szCs w:val="36"/>
              </w:rPr>
              <w:t>Leader pathway and tracker</w:t>
            </w:r>
          </w:p>
        </w:tc>
        <w:tc>
          <w:tcPr>
            <w:tcW w:w="3744" w:type="dxa"/>
            <w:shd w:val="clear" w:color="auto" w:fill="FDBD1B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4E53C58D" w14:textId="77777777" w:rsidR="00F12E11" w:rsidRPr="003F7235" w:rsidRDefault="0055078C">
            <w:pPr>
              <w:jc w:val="right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36D10713" wp14:editId="0C092E29">
                  <wp:extent cx="1600200" cy="61726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Leader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61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111CCB" w14:textId="77777777" w:rsidR="00F12E11" w:rsidRPr="003F7235" w:rsidRDefault="00F12E11">
      <w:pPr>
        <w:spacing w:after="0"/>
        <w:rPr>
          <w:sz w:val="28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10512"/>
      </w:tblGrid>
      <w:tr w:rsidR="00F12E11" w:rsidRPr="003F7235" w14:paraId="15425DF2" w14:textId="77777777">
        <w:tc>
          <w:tcPr>
            <w:tcW w:w="4320" w:type="dxa"/>
          </w:tcPr>
          <w:p w14:paraId="2F8A8D76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573C8E98" wp14:editId="493743CC">
                  <wp:extent cx="2103120" cy="811262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Leader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81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1A90D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DBD1B"/>
                <w:sz w:val="32"/>
                <w:szCs w:val="36"/>
              </w:rPr>
              <w:t>Required learning</w:t>
            </w:r>
          </w:p>
          <w:p w14:paraId="4A9F58F9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Chairperson and Leadership</w:t>
            </w:r>
          </w:p>
          <w:p w14:paraId="5E252F08" w14:textId="77777777" w:rsidR="00F12E11" w:rsidRPr="003F7235" w:rsidRDefault="0055078C">
            <w:pPr>
              <w:pStyle w:val="ListBullet"/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Team Leadership Essentials e-learning</w:t>
            </w:r>
          </w:p>
          <w:p w14:paraId="538A394C" w14:textId="77777777" w:rsidR="00F12E11" w:rsidRPr="003F7235" w:rsidRDefault="0055078C">
            <w:pPr>
              <w:rPr>
                <w:sz w:val="28"/>
                <w:szCs w:val="36"/>
              </w:rPr>
            </w:pPr>
            <w:hyperlink r:id="rId16">
              <w:r w:rsidRPr="003F7235">
                <w:rPr>
                  <w:color w:val="FDBD1B"/>
                  <w:sz w:val="28"/>
                  <w:szCs w:val="36"/>
                  <w:u w:val="single"/>
                </w:rPr>
                <w:t>CLAIM LEADER CERTIFICATE</w:t>
              </w:r>
            </w:hyperlink>
          </w:p>
        </w:tc>
        <w:tc>
          <w:tcPr>
            <w:tcW w:w="10512" w:type="dxa"/>
          </w:tcPr>
          <w:p w14:paraId="78C4E7F5" w14:textId="77777777" w:rsidR="00F12E11" w:rsidRPr="003F7235" w:rsidRDefault="00F12E11">
            <w:pPr>
              <w:rPr>
                <w:sz w:val="28"/>
                <w:szCs w:val="36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408"/>
              <w:gridCol w:w="3456"/>
            </w:tblGrid>
            <w:tr w:rsidR="00F12E11" w:rsidRPr="003F7235" w14:paraId="7A82B332" w14:textId="77777777">
              <w:trPr>
                <w:tblHeader/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DBD1B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3503898E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FFFFF"/>
                      <w:sz w:val="24"/>
                      <w:szCs w:val="36"/>
                    </w:rPr>
                    <w:t>Activity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DBD1B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63C0E79F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FFFFF"/>
                      <w:sz w:val="24"/>
                      <w:szCs w:val="36"/>
                    </w:rPr>
                    <w:t>Date completed and notes</w:t>
                  </w:r>
                </w:p>
              </w:tc>
            </w:tr>
            <w:tr w:rsidR="00F12E11" w:rsidRPr="003F7235" w14:paraId="53B69E76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03218FB6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DBD1B"/>
                      <w:sz w:val="24"/>
                      <w:szCs w:val="36"/>
                    </w:rPr>
                    <w:t>• Chairperson and Leadership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3992E70D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  <w:tr w:rsidR="00F12E11" w:rsidRPr="003F7235" w14:paraId="316B59EC" w14:textId="77777777">
              <w:trPr>
                <w:jc w:val="center"/>
              </w:trPr>
              <w:tc>
                <w:tcPr>
                  <w:tcW w:w="6408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1FEA0350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b/>
                      <w:color w:val="FDBD1B"/>
                      <w:sz w:val="24"/>
                      <w:szCs w:val="36"/>
                    </w:rPr>
                    <w:t>• Team Leadership Essentials e-learning</w:t>
                  </w:r>
                </w:p>
              </w:tc>
              <w:tc>
                <w:tcPr>
                  <w:tcW w:w="3456" w:type="dxa"/>
                  <w:tcBorders>
                    <w:top w:val="single" w:sz="8" w:space="0" w:color="D9E2EC"/>
                    <w:left w:val="single" w:sz="8" w:space="0" w:color="D9E2EC"/>
                    <w:bottom w:val="single" w:sz="8" w:space="0" w:color="D9E2EC"/>
                    <w:right w:val="single" w:sz="8" w:space="0" w:color="D9E2EC"/>
                  </w:tcBorders>
                  <w:shd w:val="clear" w:color="auto" w:fill="F7FAFC"/>
                  <w:tcMar>
                    <w:top w:w="110" w:type="dxa"/>
                    <w:left w:w="100" w:type="dxa"/>
                    <w:bottom w:w="150" w:type="dxa"/>
                    <w:right w:w="100" w:type="dxa"/>
                  </w:tcMar>
                </w:tcPr>
                <w:p w14:paraId="6F8DE3DC" w14:textId="77777777" w:rsidR="00F12E11" w:rsidRPr="003F7235" w:rsidRDefault="0055078C">
                  <w:pPr>
                    <w:rPr>
                      <w:sz w:val="28"/>
                      <w:szCs w:val="36"/>
                    </w:rPr>
                  </w:pPr>
                  <w:r w:rsidRPr="003F7235">
                    <w:rPr>
                      <w:color w:val="A0A8AE"/>
                      <w:sz w:val="22"/>
                      <w:szCs w:val="36"/>
                    </w:rPr>
                    <w:t>Click or tap here to enter text.</w:t>
                  </w:r>
                </w:p>
              </w:tc>
            </w:tr>
          </w:tbl>
          <w:p w14:paraId="7E6574E4" w14:textId="77777777" w:rsidR="00F12E11" w:rsidRPr="003F7235" w:rsidRDefault="00F12E11">
            <w:pPr>
              <w:rPr>
                <w:sz w:val="28"/>
                <w:szCs w:val="36"/>
              </w:rPr>
            </w:pPr>
          </w:p>
        </w:tc>
      </w:tr>
    </w:tbl>
    <w:p w14:paraId="2E1ABDFE" w14:textId="77777777" w:rsidR="00F12E11" w:rsidRPr="003F7235" w:rsidRDefault="0055078C">
      <w:pPr>
        <w:rPr>
          <w:sz w:val="28"/>
          <w:szCs w:val="36"/>
        </w:rPr>
      </w:pPr>
      <w:r w:rsidRPr="003F7235">
        <w:rPr>
          <w:sz w:val="28"/>
          <w:szCs w:val="36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9792"/>
        <w:gridCol w:w="3744"/>
      </w:tblGrid>
      <w:tr w:rsidR="00F12E11" w:rsidRPr="003F7235" w14:paraId="51F8B088" w14:textId="77777777">
        <w:trPr>
          <w:jc w:val="center"/>
        </w:trPr>
        <w:tc>
          <w:tcPr>
            <w:tcW w:w="1872" w:type="dxa"/>
            <w:shd w:val="clear" w:color="auto" w:fill="A4CC25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52F79223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lastRenderedPageBreak/>
              <w:drawing>
                <wp:inline distT="0" distB="0" distL="0" distR="0" wp14:anchorId="6830B622" wp14:editId="2FC82C11">
                  <wp:extent cx="868680" cy="28956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  <w:shd w:val="clear" w:color="auto" w:fill="A4CC25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7EAE32E2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44"/>
                <w:szCs w:val="36"/>
              </w:rPr>
              <w:t>Advanced pathways</w:t>
            </w:r>
          </w:p>
        </w:tc>
        <w:tc>
          <w:tcPr>
            <w:tcW w:w="3744" w:type="dxa"/>
            <w:shd w:val="clear" w:color="auto" w:fill="A4CC25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7BE31710" w14:textId="77777777" w:rsidR="00F12E11" w:rsidRPr="003F7235" w:rsidRDefault="0055078C">
            <w:pPr>
              <w:jc w:val="right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2D4F495D" wp14:editId="55BE4FAC">
                  <wp:extent cx="1600200" cy="61726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Advance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61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924A7" w14:textId="77777777" w:rsidR="00F12E11" w:rsidRPr="003F7235" w:rsidRDefault="00F12E11">
      <w:pPr>
        <w:spacing w:after="0"/>
        <w:rPr>
          <w:sz w:val="28"/>
          <w:szCs w:val="36"/>
        </w:rPr>
      </w:pPr>
    </w:p>
    <w:p w14:paraId="2A1FECF1" w14:textId="77777777" w:rsidR="00F12E11" w:rsidRPr="003F7235" w:rsidRDefault="0055078C">
      <w:pPr>
        <w:rPr>
          <w:sz w:val="28"/>
          <w:szCs w:val="36"/>
        </w:rPr>
      </w:pPr>
      <w:r w:rsidRPr="003F7235">
        <w:rPr>
          <w:color w:val="657786"/>
          <w:sz w:val="28"/>
          <w:szCs w:val="36"/>
        </w:rPr>
        <w:t>Complete activities relevant to your role and council priorities.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79"/>
        <w:gridCol w:w="5179"/>
        <w:gridCol w:w="5179"/>
      </w:tblGrid>
      <w:tr w:rsidR="00F12E11" w:rsidRPr="003F7235" w14:paraId="1266DB15" w14:textId="77777777">
        <w:tc>
          <w:tcPr>
            <w:tcW w:w="517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4F8EA"/>
            <w:tcMar>
              <w:top w:w="100" w:type="dxa"/>
              <w:left w:w="110" w:type="dxa"/>
              <w:bottom w:w="180" w:type="dxa"/>
              <w:right w:w="110" w:type="dxa"/>
            </w:tcMar>
          </w:tcPr>
          <w:p w14:paraId="25D19DF6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32"/>
                <w:szCs w:val="36"/>
              </w:rPr>
              <w:t>Planning</w:t>
            </w:r>
          </w:p>
          <w:p w14:paraId="75A5B9FC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• CIL and S106; Responding to Planning Applications</w:t>
            </w:r>
          </w:p>
        </w:tc>
        <w:tc>
          <w:tcPr>
            <w:tcW w:w="517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4F8EA"/>
            <w:tcMar>
              <w:top w:w="100" w:type="dxa"/>
              <w:left w:w="110" w:type="dxa"/>
              <w:bottom w:w="180" w:type="dxa"/>
              <w:right w:w="110" w:type="dxa"/>
            </w:tcMar>
          </w:tcPr>
          <w:p w14:paraId="71DCEDA8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32"/>
                <w:szCs w:val="36"/>
              </w:rPr>
              <w:t>Community</w:t>
            </w:r>
          </w:p>
          <w:p w14:paraId="439642A3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• Communications; Social Media; engaging young people</w:t>
            </w:r>
          </w:p>
        </w:tc>
        <w:tc>
          <w:tcPr>
            <w:tcW w:w="517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4F8EA"/>
            <w:tcMar>
              <w:top w:w="100" w:type="dxa"/>
              <w:left w:w="110" w:type="dxa"/>
              <w:bottom w:w="180" w:type="dxa"/>
              <w:right w:w="110" w:type="dxa"/>
            </w:tcMar>
          </w:tcPr>
          <w:p w14:paraId="768743C0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32"/>
                <w:szCs w:val="36"/>
              </w:rPr>
              <w:t>HR</w:t>
            </w:r>
          </w:p>
          <w:p w14:paraId="3E3F031A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• Appraisals; staffing; grievance; recruitment</w:t>
            </w:r>
          </w:p>
        </w:tc>
      </w:tr>
      <w:tr w:rsidR="00F12E11" w:rsidRPr="003F7235" w14:paraId="31F14337" w14:textId="77777777">
        <w:tc>
          <w:tcPr>
            <w:tcW w:w="517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4F8EA"/>
            <w:tcMar>
              <w:top w:w="100" w:type="dxa"/>
              <w:left w:w="110" w:type="dxa"/>
              <w:bottom w:w="180" w:type="dxa"/>
              <w:right w:w="110" w:type="dxa"/>
            </w:tcMar>
          </w:tcPr>
          <w:p w14:paraId="0EEF77EB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32"/>
                <w:szCs w:val="36"/>
              </w:rPr>
              <w:t>Finance</w:t>
            </w:r>
          </w:p>
          <w:p w14:paraId="13D82A32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• Procurement; relevant year-end and VAT courses</w:t>
            </w:r>
          </w:p>
        </w:tc>
        <w:tc>
          <w:tcPr>
            <w:tcW w:w="517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4F8EA"/>
            <w:tcMar>
              <w:top w:w="100" w:type="dxa"/>
              <w:left w:w="110" w:type="dxa"/>
              <w:bottom w:w="180" w:type="dxa"/>
              <w:right w:w="110" w:type="dxa"/>
            </w:tcMar>
          </w:tcPr>
          <w:p w14:paraId="66D78000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32"/>
                <w:szCs w:val="36"/>
              </w:rPr>
              <w:t>Regulatory</w:t>
            </w:r>
          </w:p>
          <w:p w14:paraId="745676E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• Data Protection; FOI; GDPR; Transparency Code</w:t>
            </w:r>
          </w:p>
        </w:tc>
        <w:tc>
          <w:tcPr>
            <w:tcW w:w="517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F4F8EA"/>
            <w:tcMar>
              <w:top w:w="100" w:type="dxa"/>
              <w:left w:w="110" w:type="dxa"/>
              <w:bottom w:w="180" w:type="dxa"/>
              <w:right w:w="110" w:type="dxa"/>
            </w:tcMar>
          </w:tcPr>
          <w:p w14:paraId="341CAC9A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32"/>
                <w:szCs w:val="36"/>
              </w:rPr>
              <w:t>Other</w:t>
            </w:r>
          </w:p>
          <w:p w14:paraId="4B164F6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sz w:val="24"/>
                <w:szCs w:val="36"/>
              </w:rPr>
              <w:t>• Trusts; emergency planning; civility; mapping</w:t>
            </w:r>
          </w:p>
        </w:tc>
      </w:tr>
    </w:tbl>
    <w:p w14:paraId="0FAC672E" w14:textId="77777777" w:rsidR="00F12E11" w:rsidRPr="003F7235" w:rsidRDefault="0055078C">
      <w:pPr>
        <w:jc w:val="right"/>
        <w:rPr>
          <w:sz w:val="28"/>
          <w:szCs w:val="36"/>
        </w:rPr>
      </w:pPr>
      <w:hyperlink r:id="rId17">
        <w:r w:rsidRPr="003F7235">
          <w:rPr>
            <w:color w:val="A4CC25"/>
            <w:sz w:val="28"/>
            <w:szCs w:val="36"/>
            <w:u w:val="single"/>
          </w:rPr>
          <w:t>CLAIM ADVANCED CERTIFICATE</w:t>
        </w:r>
      </w:hyperlink>
    </w:p>
    <w:p w14:paraId="63FF0D26" w14:textId="77777777" w:rsidR="00F12E11" w:rsidRPr="003F7235" w:rsidRDefault="0055078C">
      <w:pPr>
        <w:rPr>
          <w:sz w:val="28"/>
          <w:szCs w:val="36"/>
        </w:rPr>
      </w:pPr>
      <w:r w:rsidRPr="003F7235">
        <w:rPr>
          <w:sz w:val="28"/>
          <w:szCs w:val="36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9792"/>
        <w:gridCol w:w="3744"/>
      </w:tblGrid>
      <w:tr w:rsidR="00F12E11" w:rsidRPr="003F7235" w14:paraId="4D5E1CF6" w14:textId="77777777">
        <w:trPr>
          <w:jc w:val="center"/>
        </w:trPr>
        <w:tc>
          <w:tcPr>
            <w:tcW w:w="1872" w:type="dxa"/>
            <w:shd w:val="clear" w:color="auto" w:fill="A4CC25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4AA868E9" w14:textId="77777777" w:rsidR="00F12E11" w:rsidRPr="003F7235" w:rsidRDefault="0055078C">
            <w:pPr>
              <w:jc w:val="center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lastRenderedPageBreak/>
              <w:drawing>
                <wp:inline distT="0" distB="0" distL="0" distR="0" wp14:anchorId="01035FFE" wp14:editId="798632F7">
                  <wp:extent cx="868680" cy="28956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  <w:shd w:val="clear" w:color="auto" w:fill="A4CC25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39CD8105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44"/>
                <w:szCs w:val="36"/>
              </w:rPr>
              <w:t>Advanced progress tracker</w:t>
            </w:r>
          </w:p>
        </w:tc>
        <w:tc>
          <w:tcPr>
            <w:tcW w:w="3744" w:type="dxa"/>
            <w:shd w:val="clear" w:color="auto" w:fill="A4CC25"/>
            <w:tcMar>
              <w:top w:w="80" w:type="dxa"/>
              <w:left w:w="90" w:type="dxa"/>
              <w:bottom w:w="70" w:type="dxa"/>
              <w:right w:w="90" w:type="dxa"/>
            </w:tcMar>
          </w:tcPr>
          <w:p w14:paraId="1BDB7682" w14:textId="77777777" w:rsidR="00F12E11" w:rsidRPr="003F7235" w:rsidRDefault="0055078C">
            <w:pPr>
              <w:jc w:val="right"/>
              <w:rPr>
                <w:sz w:val="28"/>
                <w:szCs w:val="36"/>
              </w:rPr>
            </w:pPr>
            <w:r w:rsidRPr="003F7235">
              <w:rPr>
                <w:noProof/>
                <w:sz w:val="28"/>
                <w:szCs w:val="36"/>
              </w:rPr>
              <w:drawing>
                <wp:inline distT="0" distB="0" distL="0" distR="0" wp14:anchorId="2C5E2791" wp14:editId="3320B207">
                  <wp:extent cx="1600200" cy="61726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CouncillorDevelopmentFramework_Advance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61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89EB00" w14:textId="77777777" w:rsidR="00F12E11" w:rsidRPr="003F7235" w:rsidRDefault="00F12E11">
      <w:pPr>
        <w:spacing w:after="0"/>
        <w:rPr>
          <w:sz w:val="28"/>
          <w:szCs w:val="36"/>
        </w:rPr>
      </w:pPr>
    </w:p>
    <w:p w14:paraId="7C092C79" w14:textId="77777777" w:rsidR="00F12E11" w:rsidRPr="003F7235" w:rsidRDefault="0055078C">
      <w:pPr>
        <w:rPr>
          <w:sz w:val="28"/>
          <w:szCs w:val="36"/>
        </w:rPr>
      </w:pPr>
      <w:r w:rsidRPr="003F7235">
        <w:rPr>
          <w:color w:val="657786"/>
          <w:sz w:val="28"/>
          <w:szCs w:val="36"/>
        </w:rPr>
        <w:t>Record selected development activities, completion dates and notes.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69"/>
        <w:gridCol w:w="7769"/>
      </w:tblGrid>
      <w:tr w:rsidR="00F12E11" w:rsidRPr="003F7235" w14:paraId="43CB7E37" w14:textId="77777777">
        <w:trPr>
          <w:tblHeader/>
        </w:trPr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A4CC25"/>
          </w:tcPr>
          <w:p w14:paraId="06FC171F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24"/>
                <w:szCs w:val="36"/>
              </w:rPr>
              <w:t>Activity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val="clear" w:color="auto" w:fill="A4CC25"/>
          </w:tcPr>
          <w:p w14:paraId="100FA8CD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FFFFFF"/>
                <w:sz w:val="24"/>
                <w:szCs w:val="36"/>
              </w:rPr>
              <w:t>Date completed and notes</w:t>
            </w:r>
          </w:p>
        </w:tc>
      </w:tr>
      <w:tr w:rsidR="00F12E11" w:rsidRPr="003F7235" w14:paraId="54DC4346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70B5D13B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1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0A28A8B1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5ED9408A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210DBE61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2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274D62EF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48C927C5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4F8DE68B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3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11D2385E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29B1945B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68077E31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4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0280FE8A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1B0155D6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1C951E96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5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1FC31B77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5D748511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1D46AFA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6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3BCDB3B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  <w:tr w:rsidR="00F12E11" w:rsidRPr="003F7235" w14:paraId="2E39E510" w14:textId="77777777"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5A21B43E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b/>
                <w:color w:val="A4CC25"/>
                <w:sz w:val="24"/>
                <w:szCs w:val="36"/>
              </w:rPr>
              <w:t>Activity 7</w:t>
            </w:r>
          </w:p>
        </w:tc>
        <w:tc>
          <w:tcPr>
            <w:tcW w:w="7769" w:type="dxa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tcMar>
              <w:top w:w="150" w:type="dxa"/>
              <w:left w:w="100" w:type="dxa"/>
              <w:bottom w:w="220" w:type="dxa"/>
              <w:right w:w="100" w:type="dxa"/>
            </w:tcMar>
          </w:tcPr>
          <w:p w14:paraId="5A0C8AE9" w14:textId="77777777" w:rsidR="00F12E11" w:rsidRPr="003F7235" w:rsidRDefault="0055078C">
            <w:pPr>
              <w:rPr>
                <w:sz w:val="28"/>
                <w:szCs w:val="36"/>
              </w:rPr>
            </w:pPr>
            <w:r w:rsidRPr="003F7235">
              <w:rPr>
                <w:color w:val="A0A8AE"/>
                <w:sz w:val="24"/>
                <w:szCs w:val="36"/>
              </w:rPr>
              <w:t>Click or tap here to enter text.</w:t>
            </w:r>
          </w:p>
        </w:tc>
      </w:tr>
    </w:tbl>
    <w:p w14:paraId="7E15572C" w14:textId="77777777" w:rsidR="00F12E11" w:rsidRPr="003F7235" w:rsidRDefault="0055078C">
      <w:pPr>
        <w:jc w:val="right"/>
        <w:rPr>
          <w:sz w:val="28"/>
          <w:szCs w:val="36"/>
        </w:rPr>
      </w:pPr>
      <w:hyperlink r:id="rId18">
        <w:r w:rsidRPr="003F7235">
          <w:rPr>
            <w:color w:val="A4CC25"/>
            <w:sz w:val="28"/>
            <w:szCs w:val="36"/>
            <w:u w:val="single"/>
          </w:rPr>
          <w:t>CLAIM ADVANCED CERTIFICATE</w:t>
        </w:r>
      </w:hyperlink>
    </w:p>
    <w:sectPr w:rsidR="00F12E11" w:rsidRPr="003F7235" w:rsidSect="00034616">
      <w:footerReference w:type="default" r:id="rId19"/>
      <w:pgSz w:w="16834" w:h="11909" w:orient="landscape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C1227" w14:textId="77777777" w:rsidR="0055078C" w:rsidRDefault="0055078C">
      <w:pPr>
        <w:spacing w:after="0" w:line="240" w:lineRule="auto"/>
      </w:pPr>
      <w:r>
        <w:separator/>
      </w:r>
    </w:p>
  </w:endnote>
  <w:endnote w:type="continuationSeparator" w:id="0">
    <w:p w14:paraId="359034E4" w14:textId="77777777" w:rsidR="0055078C" w:rsidRDefault="0055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FACA" w14:textId="77777777" w:rsidR="00F12E11" w:rsidRDefault="0055078C">
    <w:pPr>
      <w:pStyle w:val="Footer"/>
      <w:jc w:val="right"/>
    </w:pPr>
    <w:r>
      <w:rPr>
        <w:color w:val="657786"/>
        <w:sz w:val="14"/>
      </w:rPr>
      <w:t>Councillor Development Framework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A14B3" w14:textId="77777777" w:rsidR="0055078C" w:rsidRDefault="0055078C">
      <w:pPr>
        <w:spacing w:after="0" w:line="240" w:lineRule="auto"/>
      </w:pPr>
      <w:r>
        <w:separator/>
      </w:r>
    </w:p>
  </w:footnote>
  <w:footnote w:type="continuationSeparator" w:id="0">
    <w:p w14:paraId="2599CF1E" w14:textId="77777777" w:rsidR="0055078C" w:rsidRDefault="00550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3806141">
    <w:abstractNumId w:val="8"/>
  </w:num>
  <w:num w:numId="2" w16cid:durableId="1951694463">
    <w:abstractNumId w:val="6"/>
  </w:num>
  <w:num w:numId="3" w16cid:durableId="759521650">
    <w:abstractNumId w:val="5"/>
  </w:num>
  <w:num w:numId="4" w16cid:durableId="571432286">
    <w:abstractNumId w:val="4"/>
  </w:num>
  <w:num w:numId="5" w16cid:durableId="778450619">
    <w:abstractNumId w:val="7"/>
  </w:num>
  <w:num w:numId="6" w16cid:durableId="1112626360">
    <w:abstractNumId w:val="3"/>
  </w:num>
  <w:num w:numId="7" w16cid:durableId="590242068">
    <w:abstractNumId w:val="2"/>
  </w:num>
  <w:num w:numId="8" w16cid:durableId="1100370659">
    <w:abstractNumId w:val="1"/>
  </w:num>
  <w:num w:numId="9" w16cid:durableId="91127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7235"/>
    <w:rsid w:val="0055078C"/>
    <w:rsid w:val="00971061"/>
    <w:rsid w:val="00AA1D8D"/>
    <w:rsid w:val="00B47730"/>
    <w:rsid w:val="00B55D60"/>
    <w:rsid w:val="00CB0664"/>
    <w:rsid w:val="00F12E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BDD62B6-6E3E-4401-B775-EBE0801B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F414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X">
    <w:name w:val="TitleX"/>
    <w:rPr>
      <w:rFonts w:ascii="Aptos" w:hAnsi="Aptos"/>
      <w:b/>
      <w:color w:val="FFFFFF"/>
      <w:sz w:val="52"/>
    </w:rPr>
  </w:style>
  <w:style w:type="paragraph" w:customStyle="1" w:styleId="HeadingX">
    <w:name w:val="HeadingX"/>
    <w:rPr>
      <w:rFonts w:ascii="Aptos" w:hAnsi="Aptos"/>
      <w:b/>
      <w:color w:val="FFFFFF"/>
      <w:sz w:val="32"/>
    </w:rPr>
  </w:style>
  <w:style w:type="paragraph" w:customStyle="1" w:styleId="SubX">
    <w:name w:val="SubX"/>
    <w:rPr>
      <w:rFonts w:ascii="Aptos" w:hAnsi="Aptos"/>
      <w:b/>
      <w:color w:val="2F414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hyperlink" Target="https://northantscalc.gov.uk/councillor-development-framework-advanced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yperlink" Target="https://northantscalc.gov.uk/councillor-development-framework-advance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rms.office.com/e/hRRahPQ7J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forms.office.com/e/Hx6feXZ5Pz" TargetMode="External"/><Relationship Id="rId23" Type="http://schemas.openxmlformats.org/officeDocument/2006/relationships/customXml" Target="../customXml/item3.xml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forms.office.com/e/sj7Hej3ZL8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F160B1A62704DBDC0AC22B6FA6B46" ma:contentTypeVersion="18" ma:contentTypeDescription="Create a new document." ma:contentTypeScope="" ma:versionID="4cd3aac68aff17b9e3edf444f71ea9cb">
  <xsd:schema xmlns:xsd="http://www.w3.org/2001/XMLSchema" xmlns:xs="http://www.w3.org/2001/XMLSchema" xmlns:p="http://schemas.microsoft.com/office/2006/metadata/properties" xmlns:ns2="179e3f07-31ab-45be-a345-8534b1ac0c69" xmlns:ns3="f0a8d02b-2d38-4fe2-ab13-eb735b152d23" targetNamespace="http://schemas.microsoft.com/office/2006/metadata/properties" ma:root="true" ma:fieldsID="b62e3e8deff50481a0dbd01a26becca5" ns2:_="" ns3:_="">
    <xsd:import namespace="179e3f07-31ab-45be-a345-8534b1ac0c69"/>
    <xsd:import namespace="f0a8d02b-2d38-4fe2-ab13-eb735b152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e3f07-31ab-45be-a345-8534b1ac0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f5b5d5-b811-401f-b3da-ff951c7a8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8d02b-2d38-4fe2-ab13-eb735b152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32e260-ff2e-4080-8774-80236a7d8a20}" ma:internalName="TaxCatchAll" ma:showField="CatchAllData" ma:web="f0a8d02b-2d38-4fe2-ab13-eb735b152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e3f07-31ab-45be-a345-8534b1ac0c69">
      <Terms xmlns="http://schemas.microsoft.com/office/infopath/2007/PartnerControls"/>
    </lcf76f155ced4ddcb4097134ff3c332f>
    <TaxCatchAll xmlns="f0a8d02b-2d38-4fe2-ab13-eb735b152d2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244885-2EBF-4EBF-B63D-AC5DCC81E2CD}"/>
</file>

<file path=customXml/itemProps3.xml><?xml version="1.0" encoding="utf-8"?>
<ds:datastoreItem xmlns:ds="http://schemas.openxmlformats.org/officeDocument/2006/customXml" ds:itemID="{0448C977-ACC8-4C1C-8D9B-42B130220D11}"/>
</file>

<file path=customXml/itemProps4.xml><?xml version="1.0" encoding="utf-8"?>
<ds:datastoreItem xmlns:ds="http://schemas.openxmlformats.org/officeDocument/2006/customXml" ds:itemID="{AA4C5BCE-D733-41E6-A974-26EA43CE0B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Reilly</dc:creator>
  <cp:keywords/>
  <dc:description>generated by python-docx</dc:description>
  <cp:lastModifiedBy>Marie Reilly</cp:lastModifiedBy>
  <cp:revision>2</cp:revision>
  <dcterms:created xsi:type="dcterms:W3CDTF">2026-10-09T08:43:00Z</dcterms:created>
  <dcterms:modified xsi:type="dcterms:W3CDTF">2026-10-09T08:43:00Z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0x010100DF2F160B1A62704DBDC0AC22B6FA6B46</vt:lpwstr>
  </property>
</Properties>
</file>